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DC6430" w14:textId="77777777" w:rsidR="00274978" w:rsidRPr="006604B2" w:rsidRDefault="00000000" w:rsidP="003A6A55">
      <w:pPr>
        <w:pStyle w:val="NoSpacing"/>
        <w:jc w:val="center"/>
        <w:rPr>
          <w:rFonts w:ascii="Kokila" w:hAnsi="Kokila" w:cs="Kokila"/>
          <w:b/>
          <w:bCs/>
          <w:sz w:val="28"/>
          <w:szCs w:val="28"/>
        </w:rPr>
      </w:pPr>
      <w:proofErr w:type="spellStart"/>
      <w:r w:rsidRPr="006604B2">
        <w:rPr>
          <w:rFonts w:ascii="Kokila" w:hAnsi="Kokila" w:cs="Kokila"/>
          <w:b/>
          <w:bCs/>
          <w:sz w:val="28"/>
          <w:szCs w:val="28"/>
        </w:rPr>
        <w:t>अनुसूची</w:t>
      </w:r>
      <w:proofErr w:type="spellEnd"/>
      <w:r w:rsidRPr="006604B2">
        <w:rPr>
          <w:rFonts w:ascii="Kokila" w:hAnsi="Kokila" w:cs="Kokila"/>
          <w:b/>
          <w:bCs/>
          <w:sz w:val="28"/>
          <w:szCs w:val="28"/>
        </w:rPr>
        <w:t xml:space="preserve"> १</w:t>
      </w:r>
      <w:r w:rsidRPr="006604B2">
        <w:rPr>
          <w:rFonts w:ascii="Kokila" w:hAnsi="Kokila" w:cs="Kokila"/>
          <w:b/>
          <w:bCs/>
          <w:sz w:val="28"/>
          <w:szCs w:val="28"/>
        </w:rPr>
        <w:br/>
        <w:t>(</w:t>
      </w:r>
      <w:proofErr w:type="spellStart"/>
      <w:r w:rsidRPr="006604B2">
        <w:rPr>
          <w:rFonts w:ascii="Kokila" w:hAnsi="Kokila" w:cs="Kokila"/>
          <w:b/>
          <w:bCs/>
          <w:sz w:val="28"/>
          <w:szCs w:val="28"/>
        </w:rPr>
        <w:t>दफा</w:t>
      </w:r>
      <w:proofErr w:type="spellEnd"/>
      <w:r w:rsidRPr="006604B2">
        <w:rPr>
          <w:rFonts w:ascii="Kokila" w:hAnsi="Kokila" w:cs="Kokila"/>
          <w:b/>
          <w:bCs/>
          <w:sz w:val="28"/>
          <w:szCs w:val="28"/>
        </w:rPr>
        <w:t xml:space="preserve"> ६ को उपदफा (१) सँग सम्बन्धित)</w:t>
      </w:r>
    </w:p>
    <w:p w14:paraId="32FC6473" w14:textId="77777777" w:rsidR="00274978" w:rsidRPr="006604B2" w:rsidRDefault="00000000" w:rsidP="003A6A55">
      <w:pPr>
        <w:pStyle w:val="NoSpacing"/>
        <w:jc w:val="center"/>
        <w:rPr>
          <w:rFonts w:ascii="Kokila" w:hAnsi="Kokila" w:cs="Kokila"/>
          <w:b/>
          <w:bCs/>
          <w:sz w:val="36"/>
          <w:szCs w:val="36"/>
          <w:u w:val="single"/>
        </w:rPr>
      </w:pPr>
      <w:proofErr w:type="spellStart"/>
      <w:r w:rsidRPr="006604B2">
        <w:rPr>
          <w:rFonts w:ascii="Kokila" w:hAnsi="Kokila" w:cs="Kokila"/>
          <w:b/>
          <w:bCs/>
          <w:color w:val="1B365D"/>
          <w:sz w:val="36"/>
          <w:szCs w:val="36"/>
          <w:u w:val="single"/>
        </w:rPr>
        <w:t>बहाल</w:t>
      </w:r>
      <w:proofErr w:type="spellEnd"/>
      <w:r w:rsidRPr="006604B2">
        <w:rPr>
          <w:rFonts w:ascii="Kokila" w:hAnsi="Kokila" w:cs="Kokila"/>
          <w:b/>
          <w:bCs/>
          <w:color w:val="1B365D"/>
          <w:sz w:val="36"/>
          <w:szCs w:val="36"/>
          <w:u w:val="single"/>
        </w:rPr>
        <w:t xml:space="preserve"> </w:t>
      </w:r>
      <w:proofErr w:type="spellStart"/>
      <w:r w:rsidRPr="006604B2">
        <w:rPr>
          <w:rFonts w:ascii="Kokila" w:hAnsi="Kokila" w:cs="Kokila"/>
          <w:b/>
          <w:bCs/>
          <w:color w:val="1B365D"/>
          <w:sz w:val="36"/>
          <w:szCs w:val="36"/>
          <w:u w:val="single"/>
        </w:rPr>
        <w:t>सम्झौता-पत्र</w:t>
      </w:r>
      <w:proofErr w:type="spellEnd"/>
    </w:p>
    <w:p w14:paraId="62465113" w14:textId="0509C497" w:rsidR="00274978" w:rsidRPr="00C37EF6" w:rsidRDefault="00E77D63" w:rsidP="00E77D63">
      <w:pPr>
        <w:pStyle w:val="NoSpacing"/>
        <w:ind w:left="-90" w:hanging="90"/>
        <w:jc w:val="both"/>
        <w:rPr>
          <w:rFonts w:ascii="Kokila" w:hAnsi="Kokila" w:cs="Kokila"/>
          <w:sz w:val="28"/>
          <w:szCs w:val="28"/>
        </w:rPr>
      </w:pPr>
      <w:r>
        <w:rPr>
          <w:rFonts w:ascii="Kokila" w:hAnsi="Kokila" w:cs="Kokila" w:hint="cs"/>
          <w:sz w:val="28"/>
          <w:szCs w:val="28"/>
          <w:cs/>
          <w:lang w:bidi="ne-NP"/>
        </w:rPr>
        <w:t xml:space="preserve">  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हामी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तपसीलमा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उल्लिखित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दुई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 xml:space="preserve"> पक्षहरु </w:t>
      </w:r>
      <w:r w:rsidR="00AE7431" w:rsidRPr="00C37EF6">
        <w:rPr>
          <w:rFonts w:ascii="Kokila" w:hAnsi="Kokila" w:cs="Kokila"/>
          <w:sz w:val="28"/>
          <w:szCs w:val="28"/>
        </w:rPr>
        <w:t>(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प्रथम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 xml:space="preserve"> पक्षः घर जग्गा धनी र द्वितीय पक्षः घर जग्गा बहालमा लिने) बीच देहाय बमोजिमका शर्त बन्देजभित्र रही तपसिलमा उल्लिखित 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घर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जग्गा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बहालमा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लिन</w:t>
      </w:r>
      <w:proofErr w:type="spellEnd"/>
      <w:r w:rsidR="00AE7431" w:rsidRPr="00C37EF6">
        <w:rPr>
          <w:rFonts w:ascii="Kokila" w:hAnsi="Kokila" w:cs="Kokila"/>
          <w:sz w:val="28"/>
          <w:szCs w:val="28"/>
          <w:cs/>
          <w:lang w:bidi="ne-NP"/>
        </w:rPr>
        <w:t>/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दिन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मञ्जुर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भै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यो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 xml:space="preserve"> सम्झौतामा हस्ताक्षर गरी 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सोको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एक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>/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एक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प्रति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लियौं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>/</w:t>
      </w:r>
      <w:proofErr w:type="spellStart"/>
      <w:r w:rsidR="00000000" w:rsidRPr="00C37EF6">
        <w:rPr>
          <w:rFonts w:ascii="Kokila" w:hAnsi="Kokila" w:cs="Kokila"/>
          <w:sz w:val="28"/>
          <w:szCs w:val="28"/>
        </w:rPr>
        <w:t>दियौं</w:t>
      </w:r>
      <w:proofErr w:type="spellEnd"/>
      <w:r w:rsidR="00000000" w:rsidRPr="00C37EF6">
        <w:rPr>
          <w:rFonts w:ascii="Kokila" w:hAnsi="Kokila" w:cs="Kokila"/>
          <w:sz w:val="28"/>
          <w:szCs w:val="28"/>
        </w:rPr>
        <w:t>।</w:t>
      </w:r>
    </w:p>
    <w:tbl>
      <w:tblPr>
        <w:tblStyle w:val="TableGrid"/>
        <w:tblW w:w="9738" w:type="dxa"/>
        <w:tblLayout w:type="fixed"/>
        <w:tblLook w:val="04A0" w:firstRow="1" w:lastRow="0" w:firstColumn="1" w:lastColumn="0" w:noHBand="0" w:noVBand="1"/>
      </w:tblPr>
      <w:tblGrid>
        <w:gridCol w:w="2178"/>
        <w:gridCol w:w="2700"/>
        <w:gridCol w:w="2160"/>
        <w:gridCol w:w="2700"/>
      </w:tblGrid>
      <w:tr w:rsidR="00884EAB" w:rsidRPr="00C37EF6" w14:paraId="1AD8388F" w14:textId="77777777" w:rsidTr="007065B7">
        <w:trPr>
          <w:trHeight w:val="273"/>
        </w:trPr>
        <w:tc>
          <w:tcPr>
            <w:tcW w:w="4878" w:type="dxa"/>
            <w:gridSpan w:val="2"/>
          </w:tcPr>
          <w:p w14:paraId="3A2DCFE2" w14:textId="41831FF5" w:rsidR="00884EAB" w:rsidRPr="0075541A" w:rsidRDefault="00884EAB" w:rsidP="003A6A55">
            <w:pPr>
              <w:pStyle w:val="NoSpacing"/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</w:pPr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(क)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प्रथम</w:t>
            </w:r>
            <w:proofErr w:type="spellEnd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पक्षको</w:t>
            </w:r>
            <w:proofErr w:type="spellEnd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विवरण</w:t>
            </w:r>
            <w:proofErr w:type="spellEnd"/>
          </w:p>
        </w:tc>
        <w:tc>
          <w:tcPr>
            <w:tcW w:w="4860" w:type="dxa"/>
            <w:gridSpan w:val="2"/>
          </w:tcPr>
          <w:p w14:paraId="21F6F9C1" w14:textId="7200BE7F" w:rsidR="00884EAB" w:rsidRPr="0075541A" w:rsidRDefault="00884EAB" w:rsidP="003A6A55">
            <w:pPr>
              <w:pStyle w:val="NoSpacing"/>
              <w:rPr>
                <w:rFonts w:ascii="Kokila" w:hAnsi="Kokila" w:cs="Kokila"/>
                <w:b/>
                <w:bCs/>
                <w:sz w:val="30"/>
                <w:szCs w:val="30"/>
              </w:rPr>
            </w:pPr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(ख)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द्वितीय</w:t>
            </w:r>
            <w:proofErr w:type="spellEnd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पक्षको</w:t>
            </w:r>
            <w:proofErr w:type="spellEnd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विवरण</w:t>
            </w:r>
            <w:proofErr w:type="spellEnd"/>
          </w:p>
        </w:tc>
      </w:tr>
      <w:tr w:rsidR="00884EAB" w:rsidRPr="00C37EF6" w14:paraId="33CA5648" w14:textId="77777777" w:rsidTr="006604B2">
        <w:trPr>
          <w:trHeight w:val="242"/>
        </w:trPr>
        <w:tc>
          <w:tcPr>
            <w:tcW w:w="2178" w:type="dxa"/>
          </w:tcPr>
          <w:p w14:paraId="3EA12DFA" w14:textId="77777777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१.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नाम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C37EF6">
              <w:rPr>
                <w:rFonts w:ascii="Kokila" w:hAnsi="Kokila" w:cs="Kokila"/>
                <w:sz w:val="28"/>
                <w:szCs w:val="28"/>
              </w:rPr>
              <w:t>थर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2700" w:type="dxa"/>
          </w:tcPr>
          <w:p w14:paraId="589CEE10" w14:textId="3FB80236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160" w:type="dxa"/>
          </w:tcPr>
          <w:p w14:paraId="095FBB8C" w14:textId="009A9FFA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१.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नाम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C37EF6">
              <w:rPr>
                <w:rFonts w:ascii="Kokila" w:hAnsi="Kokila" w:cs="Kokila"/>
                <w:sz w:val="28"/>
                <w:szCs w:val="28"/>
              </w:rPr>
              <w:t>थर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2700" w:type="dxa"/>
          </w:tcPr>
          <w:p w14:paraId="486DB520" w14:textId="3EC46052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884EAB" w:rsidRPr="00C37EF6" w14:paraId="38DF8834" w14:textId="77777777" w:rsidTr="006604B2">
        <w:trPr>
          <w:trHeight w:val="252"/>
        </w:trPr>
        <w:tc>
          <w:tcPr>
            <w:tcW w:w="2178" w:type="dxa"/>
          </w:tcPr>
          <w:p w14:paraId="745CD0D5" w14:textId="77777777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२.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बाबुको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नाम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थरः</w:t>
            </w:r>
            <w:proofErr w:type="spellEnd"/>
          </w:p>
        </w:tc>
        <w:tc>
          <w:tcPr>
            <w:tcW w:w="2700" w:type="dxa"/>
          </w:tcPr>
          <w:p w14:paraId="33A33D17" w14:textId="11399881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160" w:type="dxa"/>
          </w:tcPr>
          <w:p w14:paraId="04379FDC" w14:textId="46F7F3AA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२.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बाबुको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नाम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थरः</w:t>
            </w:r>
            <w:proofErr w:type="spellEnd"/>
          </w:p>
        </w:tc>
        <w:tc>
          <w:tcPr>
            <w:tcW w:w="2700" w:type="dxa"/>
          </w:tcPr>
          <w:p w14:paraId="27C482ED" w14:textId="0EB006EE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884EAB" w:rsidRPr="00C37EF6" w14:paraId="6774E8C8" w14:textId="77777777" w:rsidTr="006604B2">
        <w:trPr>
          <w:trHeight w:val="242"/>
        </w:trPr>
        <w:tc>
          <w:tcPr>
            <w:tcW w:w="2178" w:type="dxa"/>
          </w:tcPr>
          <w:p w14:paraId="7278FF04" w14:textId="77777777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३.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बाजेको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नाम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थरः</w:t>
            </w:r>
            <w:proofErr w:type="spellEnd"/>
          </w:p>
        </w:tc>
        <w:tc>
          <w:tcPr>
            <w:tcW w:w="2700" w:type="dxa"/>
          </w:tcPr>
          <w:p w14:paraId="6E1429FB" w14:textId="699C39E5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160" w:type="dxa"/>
          </w:tcPr>
          <w:p w14:paraId="40D6CB3D" w14:textId="314BA34A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३.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बाजेको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नाम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थरः</w:t>
            </w:r>
            <w:proofErr w:type="spellEnd"/>
          </w:p>
        </w:tc>
        <w:tc>
          <w:tcPr>
            <w:tcW w:w="2700" w:type="dxa"/>
          </w:tcPr>
          <w:p w14:paraId="26DC2B46" w14:textId="12068379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884EAB" w:rsidRPr="00C37EF6" w14:paraId="21128E74" w14:textId="77777777" w:rsidTr="006604B2">
        <w:trPr>
          <w:trHeight w:val="252"/>
        </w:trPr>
        <w:tc>
          <w:tcPr>
            <w:tcW w:w="2178" w:type="dxa"/>
          </w:tcPr>
          <w:p w14:paraId="0B131E05" w14:textId="03BBECCD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४. </w:t>
            </w:r>
            <w:proofErr w:type="spellStart"/>
            <w:proofErr w:type="gramStart"/>
            <w:r w:rsidRPr="00C37EF6">
              <w:rPr>
                <w:rFonts w:ascii="Kokila" w:hAnsi="Kokila" w:cs="Kokila"/>
                <w:sz w:val="28"/>
                <w:szCs w:val="28"/>
              </w:rPr>
              <w:t>ना</w:t>
            </w:r>
            <w:proofErr w:type="spellEnd"/>
            <w:r w:rsidR="006604B2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.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प्र</w:t>
            </w:r>
            <w:proofErr w:type="spellEnd"/>
            <w:proofErr w:type="gramEnd"/>
            <w:r w:rsidR="006604B2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.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नं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>.:</w:t>
            </w:r>
          </w:p>
        </w:tc>
        <w:tc>
          <w:tcPr>
            <w:tcW w:w="2700" w:type="dxa"/>
          </w:tcPr>
          <w:p w14:paraId="62D83079" w14:textId="2965E667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160" w:type="dxa"/>
          </w:tcPr>
          <w:p w14:paraId="2750DA07" w14:textId="66FEE9AB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>४.</w:t>
            </w:r>
            <w:r w:rsidR="006604B2"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6604B2" w:rsidRPr="00C37EF6">
              <w:rPr>
                <w:rFonts w:ascii="Kokila" w:hAnsi="Kokila" w:cs="Kokila"/>
                <w:sz w:val="28"/>
                <w:szCs w:val="28"/>
              </w:rPr>
              <w:t>ना</w:t>
            </w:r>
            <w:proofErr w:type="spellEnd"/>
            <w:r w:rsidR="006604B2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.</w:t>
            </w:r>
            <w:proofErr w:type="spellStart"/>
            <w:r w:rsidR="006604B2" w:rsidRPr="00C37EF6">
              <w:rPr>
                <w:rFonts w:ascii="Kokila" w:hAnsi="Kokila" w:cs="Kokila"/>
                <w:sz w:val="28"/>
                <w:szCs w:val="28"/>
              </w:rPr>
              <w:t>प्र</w:t>
            </w:r>
            <w:proofErr w:type="spellEnd"/>
            <w:proofErr w:type="gramEnd"/>
            <w:r w:rsidR="006604B2">
              <w:rPr>
                <w:rFonts w:ascii="Kokila" w:hAnsi="Kokila" w:cs="Kokila" w:hint="cs"/>
                <w:sz w:val="28"/>
                <w:szCs w:val="28"/>
                <w:cs/>
                <w:lang w:bidi="ne-NP"/>
              </w:rPr>
              <w:t>.</w:t>
            </w:r>
            <w:proofErr w:type="spellStart"/>
            <w:r w:rsidR="006604B2" w:rsidRPr="00C37EF6">
              <w:rPr>
                <w:rFonts w:ascii="Kokila" w:hAnsi="Kokila" w:cs="Kokila"/>
                <w:sz w:val="28"/>
                <w:szCs w:val="28"/>
              </w:rPr>
              <w:t>नं</w:t>
            </w:r>
            <w:proofErr w:type="spellEnd"/>
            <w:r w:rsidR="006604B2" w:rsidRPr="00C37EF6">
              <w:rPr>
                <w:rFonts w:ascii="Kokila" w:hAnsi="Kokila" w:cs="Kokila"/>
                <w:sz w:val="28"/>
                <w:szCs w:val="28"/>
              </w:rPr>
              <w:t>.:</w:t>
            </w:r>
          </w:p>
        </w:tc>
        <w:tc>
          <w:tcPr>
            <w:tcW w:w="2700" w:type="dxa"/>
          </w:tcPr>
          <w:p w14:paraId="777365BA" w14:textId="1EEE767A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884EAB" w:rsidRPr="00C37EF6" w14:paraId="3199092F" w14:textId="77777777" w:rsidTr="006604B2">
        <w:trPr>
          <w:trHeight w:val="242"/>
        </w:trPr>
        <w:tc>
          <w:tcPr>
            <w:tcW w:w="2178" w:type="dxa"/>
          </w:tcPr>
          <w:p w14:paraId="5FEFB19C" w14:textId="77777777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५.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करदाता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परिचय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पत्र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नं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>.:</w:t>
            </w:r>
          </w:p>
        </w:tc>
        <w:tc>
          <w:tcPr>
            <w:tcW w:w="2700" w:type="dxa"/>
          </w:tcPr>
          <w:p w14:paraId="169CDA1F" w14:textId="4544B996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160" w:type="dxa"/>
          </w:tcPr>
          <w:p w14:paraId="31917D9D" w14:textId="2A1AAB89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५.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करदाता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परिचय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पत्र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नं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>.:</w:t>
            </w:r>
          </w:p>
        </w:tc>
        <w:tc>
          <w:tcPr>
            <w:tcW w:w="2700" w:type="dxa"/>
          </w:tcPr>
          <w:p w14:paraId="097D93BA" w14:textId="3D43DEAB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884EAB" w:rsidRPr="00C37EF6" w14:paraId="139EC6CC" w14:textId="77777777" w:rsidTr="006604B2">
        <w:trPr>
          <w:trHeight w:val="252"/>
        </w:trPr>
        <w:tc>
          <w:tcPr>
            <w:tcW w:w="2178" w:type="dxa"/>
          </w:tcPr>
          <w:p w14:paraId="570215E8" w14:textId="77777777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६.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ठेगानाः</w:t>
            </w:r>
            <w:proofErr w:type="spellEnd"/>
          </w:p>
        </w:tc>
        <w:tc>
          <w:tcPr>
            <w:tcW w:w="2700" w:type="dxa"/>
          </w:tcPr>
          <w:p w14:paraId="366BB42C" w14:textId="789083DC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160" w:type="dxa"/>
          </w:tcPr>
          <w:p w14:paraId="76293C89" w14:textId="5C336961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६.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ठेगानाः</w:t>
            </w:r>
            <w:proofErr w:type="spellEnd"/>
          </w:p>
        </w:tc>
        <w:tc>
          <w:tcPr>
            <w:tcW w:w="2700" w:type="dxa"/>
          </w:tcPr>
          <w:p w14:paraId="060F4A37" w14:textId="6FC2105F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884EAB" w:rsidRPr="00C37EF6" w14:paraId="6588D29E" w14:textId="77777777" w:rsidTr="006604B2">
        <w:trPr>
          <w:trHeight w:val="242"/>
        </w:trPr>
        <w:tc>
          <w:tcPr>
            <w:tcW w:w="2178" w:type="dxa"/>
          </w:tcPr>
          <w:p w14:paraId="4D3D3708" w14:textId="647CFC01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७.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फोन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37EF6">
              <w:rPr>
                <w:rFonts w:ascii="Kokila" w:hAnsi="Kokila" w:cs="Kokila"/>
                <w:sz w:val="28"/>
                <w:szCs w:val="28"/>
              </w:rPr>
              <w:t>नं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>./</w:t>
            </w:r>
            <w:proofErr w:type="spellStart"/>
            <w:proofErr w:type="gramEnd"/>
            <w:r w:rsidRPr="00C37EF6">
              <w:rPr>
                <w:rFonts w:ascii="Kokila" w:hAnsi="Kokila" w:cs="Kokila"/>
                <w:sz w:val="28"/>
                <w:szCs w:val="28"/>
              </w:rPr>
              <w:t>मोवाईल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नं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>.:</w:t>
            </w:r>
          </w:p>
        </w:tc>
        <w:tc>
          <w:tcPr>
            <w:tcW w:w="2700" w:type="dxa"/>
          </w:tcPr>
          <w:p w14:paraId="5B7D1398" w14:textId="5B1F7CFD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160" w:type="dxa"/>
          </w:tcPr>
          <w:p w14:paraId="68CC0F2B" w14:textId="3B5E9A6F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७.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फोन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37EF6">
              <w:rPr>
                <w:rFonts w:ascii="Kokila" w:hAnsi="Kokila" w:cs="Kokila"/>
                <w:sz w:val="28"/>
                <w:szCs w:val="28"/>
              </w:rPr>
              <w:t>नं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>./</w:t>
            </w:r>
            <w:proofErr w:type="spellStart"/>
            <w:proofErr w:type="gramEnd"/>
            <w:r w:rsidRPr="00C37EF6">
              <w:rPr>
                <w:rFonts w:ascii="Kokila" w:hAnsi="Kokila" w:cs="Kokila"/>
                <w:sz w:val="28"/>
                <w:szCs w:val="28"/>
              </w:rPr>
              <w:t>मोवाईल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नं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>.:</w:t>
            </w:r>
          </w:p>
        </w:tc>
        <w:tc>
          <w:tcPr>
            <w:tcW w:w="2700" w:type="dxa"/>
          </w:tcPr>
          <w:p w14:paraId="40750D37" w14:textId="02FB0CF1" w:rsidR="00884EAB" w:rsidRPr="00C37EF6" w:rsidRDefault="00884EAB" w:rsidP="003A6A55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</w:tr>
    </w:tbl>
    <w:p w14:paraId="5DE51980" w14:textId="77777777" w:rsidR="006604B2" w:rsidRDefault="006604B2" w:rsidP="003A6A55">
      <w:pPr>
        <w:pStyle w:val="NoSpacing"/>
        <w:rPr>
          <w:rFonts w:ascii="Kokila" w:hAnsi="Kokila" w:cs="Kokila"/>
          <w:color w:val="1B365D"/>
          <w:sz w:val="28"/>
          <w:szCs w:val="28"/>
          <w:lang w:bidi="ne-NP"/>
        </w:rPr>
      </w:pPr>
    </w:p>
    <w:p w14:paraId="4D04D6DB" w14:textId="7B0DDD06" w:rsidR="00274978" w:rsidRPr="0075541A" w:rsidRDefault="00000000" w:rsidP="003A6A55">
      <w:pPr>
        <w:pStyle w:val="NoSpacing"/>
        <w:rPr>
          <w:rFonts w:ascii="Kokila" w:hAnsi="Kokila" w:cs="Kokila"/>
          <w:b/>
          <w:bCs/>
          <w:sz w:val="30"/>
          <w:szCs w:val="30"/>
          <w:lang w:bidi="ne-NP"/>
        </w:rPr>
      </w:pPr>
      <w:r w:rsidRPr="0075541A">
        <w:rPr>
          <w:rFonts w:ascii="Kokila" w:hAnsi="Kokila" w:cs="Kokila"/>
          <w:color w:val="1B365D"/>
          <w:sz w:val="30"/>
          <w:szCs w:val="30"/>
        </w:rPr>
        <w:t xml:space="preserve"> </w:t>
      </w:r>
      <w:r w:rsidRPr="0075541A">
        <w:rPr>
          <w:rFonts w:ascii="Kokila" w:hAnsi="Kokila" w:cs="Kokila"/>
          <w:b/>
          <w:bCs/>
          <w:color w:val="1B365D"/>
          <w:sz w:val="30"/>
          <w:szCs w:val="30"/>
        </w:rPr>
        <w:t>(तपसिल)</w:t>
      </w:r>
      <w:r w:rsidR="00AE7431" w:rsidRPr="0075541A">
        <w:rPr>
          <w:rFonts w:ascii="Kokila" w:hAnsi="Kokila" w:cs="Kokila"/>
          <w:b/>
          <w:bCs/>
          <w:color w:val="1B365D"/>
          <w:sz w:val="30"/>
          <w:szCs w:val="30"/>
        </w:rPr>
        <w:t>:</w:t>
      </w:r>
    </w:p>
    <w:tbl>
      <w:tblPr>
        <w:tblStyle w:val="TableGrid"/>
        <w:tblW w:w="9738" w:type="dxa"/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2520"/>
        <w:gridCol w:w="2340"/>
      </w:tblGrid>
      <w:tr w:rsidR="00AE7431" w:rsidRPr="00C37EF6" w14:paraId="228CB51E" w14:textId="1AB47090" w:rsidTr="00C37EF6">
        <w:tc>
          <w:tcPr>
            <w:tcW w:w="4878" w:type="dxa"/>
            <w:gridSpan w:val="2"/>
          </w:tcPr>
          <w:p w14:paraId="4A46DB75" w14:textId="5B224839" w:rsidR="00AE7431" w:rsidRPr="0075541A" w:rsidRDefault="00AE7431" w:rsidP="00AE7431">
            <w:pPr>
              <w:pStyle w:val="NoSpacing"/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</w:pPr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(क)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बहालमा</w:t>
            </w:r>
            <w:proofErr w:type="spellEnd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दिने</w:t>
            </w:r>
            <w:proofErr w:type="spellEnd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घर</w:t>
            </w:r>
            <w:proofErr w:type="spellEnd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जग्गाको</w:t>
            </w:r>
            <w:proofErr w:type="spellEnd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विवरण</w:t>
            </w:r>
            <w:proofErr w:type="spellEnd"/>
          </w:p>
        </w:tc>
        <w:tc>
          <w:tcPr>
            <w:tcW w:w="4860" w:type="dxa"/>
            <w:gridSpan w:val="2"/>
          </w:tcPr>
          <w:p w14:paraId="174F1709" w14:textId="37A5CD16" w:rsidR="00AE7431" w:rsidRPr="0075541A" w:rsidRDefault="00AE7431" w:rsidP="00AE7431">
            <w:pPr>
              <w:pStyle w:val="NoSpacing"/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</w:pPr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(ख)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बहालमा</w:t>
            </w:r>
            <w:proofErr w:type="spellEnd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लिने</w:t>
            </w:r>
            <w:proofErr w:type="spellEnd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घर</w:t>
            </w:r>
            <w:proofErr w:type="spellEnd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जग्गाको</w:t>
            </w:r>
            <w:proofErr w:type="spellEnd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उपयोग</w:t>
            </w:r>
            <w:proofErr w:type="spellEnd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सम्बन्धी</w:t>
            </w:r>
            <w:proofErr w:type="spellEnd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 xml:space="preserve"> </w:t>
            </w:r>
            <w:proofErr w:type="spellStart"/>
            <w:r w:rsidRPr="0075541A">
              <w:rPr>
                <w:rFonts w:ascii="Kokila" w:hAnsi="Kokila" w:cs="Kokila"/>
                <w:b/>
                <w:bCs/>
                <w:color w:val="1B365D"/>
                <w:sz w:val="30"/>
                <w:szCs w:val="30"/>
              </w:rPr>
              <w:t>विवरण</w:t>
            </w:r>
            <w:proofErr w:type="spellEnd"/>
          </w:p>
        </w:tc>
      </w:tr>
      <w:tr w:rsidR="00AE7431" w:rsidRPr="00C37EF6" w14:paraId="635F78FF" w14:textId="50337C20" w:rsidTr="00C37EF6">
        <w:tc>
          <w:tcPr>
            <w:tcW w:w="4878" w:type="dxa"/>
            <w:gridSpan w:val="2"/>
          </w:tcPr>
          <w:p w14:paraId="7F707E15" w14:textId="5C9F3EDE" w:rsidR="00AE7431" w:rsidRPr="00C37EF6" w:rsidRDefault="00AE7431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१.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घर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जग्गाको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विवरणः</w:t>
            </w:r>
            <w:proofErr w:type="spellEnd"/>
          </w:p>
        </w:tc>
        <w:tc>
          <w:tcPr>
            <w:tcW w:w="2520" w:type="dxa"/>
          </w:tcPr>
          <w:p w14:paraId="793AE491" w14:textId="4009A31D" w:rsidR="00AE7431" w:rsidRPr="00C37EF6" w:rsidRDefault="00AE7431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१.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प्रयोजन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(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आवासीय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>/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व्यवसायिक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आदि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>):</w:t>
            </w:r>
          </w:p>
        </w:tc>
        <w:tc>
          <w:tcPr>
            <w:tcW w:w="2340" w:type="dxa"/>
          </w:tcPr>
          <w:p w14:paraId="622DB8E1" w14:textId="77777777" w:rsidR="00AE7431" w:rsidRPr="00C37EF6" w:rsidRDefault="00AE7431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AE7431" w:rsidRPr="00C37EF6" w14:paraId="6958BCAD" w14:textId="0F1A871A" w:rsidTr="00C37EF6">
        <w:tc>
          <w:tcPr>
            <w:tcW w:w="2088" w:type="dxa"/>
          </w:tcPr>
          <w:p w14:paraId="60B1C53F" w14:textId="77777777" w:rsidR="00AE7431" w:rsidRPr="00C37EF6" w:rsidRDefault="00AE7431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२.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क्षेत्रफलः</w:t>
            </w:r>
            <w:proofErr w:type="spellEnd"/>
          </w:p>
        </w:tc>
        <w:tc>
          <w:tcPr>
            <w:tcW w:w="2790" w:type="dxa"/>
          </w:tcPr>
          <w:p w14:paraId="753FCC58" w14:textId="77777777" w:rsidR="00AE7431" w:rsidRPr="00C37EF6" w:rsidRDefault="00AE7431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20" w:type="dxa"/>
          </w:tcPr>
          <w:p w14:paraId="1EE8F055" w14:textId="4CC3755D" w:rsidR="00AE7431" w:rsidRPr="00C37EF6" w:rsidRDefault="00AE7431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२.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व्यवसायको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37EF6">
              <w:rPr>
                <w:rFonts w:ascii="Kokila" w:hAnsi="Kokila" w:cs="Kokila"/>
                <w:sz w:val="28"/>
                <w:szCs w:val="28"/>
              </w:rPr>
              <w:t>प्रकृति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2340" w:type="dxa"/>
          </w:tcPr>
          <w:p w14:paraId="07BDB17D" w14:textId="77777777" w:rsidR="00AE7431" w:rsidRPr="00C37EF6" w:rsidRDefault="00AE7431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AE7431" w:rsidRPr="00C37EF6" w14:paraId="6FDEE205" w14:textId="134EAF00" w:rsidTr="00C37EF6">
        <w:tc>
          <w:tcPr>
            <w:tcW w:w="2088" w:type="dxa"/>
          </w:tcPr>
          <w:p w14:paraId="0C4B23D9" w14:textId="77777777" w:rsidR="00AE7431" w:rsidRPr="00C37EF6" w:rsidRDefault="00AE7431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३.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कित्ता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नं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>.:</w:t>
            </w:r>
          </w:p>
        </w:tc>
        <w:tc>
          <w:tcPr>
            <w:tcW w:w="2790" w:type="dxa"/>
          </w:tcPr>
          <w:p w14:paraId="33C8E164" w14:textId="77777777" w:rsidR="00AE7431" w:rsidRPr="00C37EF6" w:rsidRDefault="00AE7431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20" w:type="dxa"/>
          </w:tcPr>
          <w:p w14:paraId="39AAFDFF" w14:textId="017A44DC" w:rsidR="00AE7431" w:rsidRPr="00C37EF6" w:rsidRDefault="00AE7431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३.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व्यवसाय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दर्ता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नं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>.:</w:t>
            </w:r>
          </w:p>
        </w:tc>
        <w:tc>
          <w:tcPr>
            <w:tcW w:w="2340" w:type="dxa"/>
          </w:tcPr>
          <w:p w14:paraId="4C9C5B61" w14:textId="77777777" w:rsidR="00AE7431" w:rsidRPr="00C37EF6" w:rsidRDefault="00AE7431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AE7431" w:rsidRPr="00C37EF6" w14:paraId="07B23B64" w14:textId="256A83EA" w:rsidTr="00C37EF6">
        <w:tc>
          <w:tcPr>
            <w:tcW w:w="2088" w:type="dxa"/>
          </w:tcPr>
          <w:p w14:paraId="5491D778" w14:textId="77777777" w:rsidR="00AE7431" w:rsidRPr="00C37EF6" w:rsidRDefault="00AE7431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४.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घर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नं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>.:</w:t>
            </w:r>
          </w:p>
        </w:tc>
        <w:tc>
          <w:tcPr>
            <w:tcW w:w="2790" w:type="dxa"/>
          </w:tcPr>
          <w:p w14:paraId="68966F26" w14:textId="77777777" w:rsidR="00AE7431" w:rsidRPr="00C37EF6" w:rsidRDefault="00AE7431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2520" w:type="dxa"/>
          </w:tcPr>
          <w:p w14:paraId="7A0407F5" w14:textId="4AB057C1" w:rsidR="00AE7431" w:rsidRPr="00C37EF6" w:rsidRDefault="00AE7431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४.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बहालमा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लिनेको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हस्ताक्षरः</w:t>
            </w:r>
            <w:proofErr w:type="spellEnd"/>
          </w:p>
        </w:tc>
        <w:tc>
          <w:tcPr>
            <w:tcW w:w="2340" w:type="dxa"/>
          </w:tcPr>
          <w:p w14:paraId="02535C29" w14:textId="77777777" w:rsidR="00AE7431" w:rsidRPr="00C37EF6" w:rsidRDefault="00AE7431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C37EF6" w:rsidRPr="00C37EF6" w14:paraId="21F06C30" w14:textId="5303548E" w:rsidTr="00C37EF6">
        <w:tc>
          <w:tcPr>
            <w:tcW w:w="2088" w:type="dxa"/>
          </w:tcPr>
          <w:p w14:paraId="340C69A7" w14:textId="3D1166FB" w:rsidR="00C37EF6" w:rsidRPr="00C37EF6" w:rsidRDefault="00C37EF6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५. </w:t>
            </w:r>
            <w:proofErr w:type="spellStart"/>
            <w:proofErr w:type="gramStart"/>
            <w:r w:rsidRPr="00C37EF6">
              <w:rPr>
                <w:rFonts w:ascii="Kokila" w:hAnsi="Kokila" w:cs="Kokila"/>
                <w:sz w:val="28"/>
                <w:szCs w:val="28"/>
              </w:rPr>
              <w:t>मार्ग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2790" w:type="dxa"/>
          </w:tcPr>
          <w:p w14:paraId="50657F42" w14:textId="77777777" w:rsidR="00C37EF6" w:rsidRPr="00C37EF6" w:rsidRDefault="00C37EF6" w:rsidP="00C37EF6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Merge w:val="restart"/>
            <w:tcBorders>
              <w:bottom w:val="nil"/>
              <w:right w:val="nil"/>
            </w:tcBorders>
          </w:tcPr>
          <w:p w14:paraId="41CFA640" w14:textId="6B20478B" w:rsidR="00C37EF6" w:rsidRPr="00C37EF6" w:rsidRDefault="00C37EF6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C37EF6" w:rsidRPr="00C37EF6" w14:paraId="232F415E" w14:textId="5629CDD9" w:rsidTr="00C37EF6">
        <w:tc>
          <w:tcPr>
            <w:tcW w:w="2088" w:type="dxa"/>
          </w:tcPr>
          <w:p w14:paraId="743B2B58" w14:textId="55C60088" w:rsidR="00C37EF6" w:rsidRPr="00C37EF6" w:rsidRDefault="00C37EF6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६.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वडा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नं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>.:</w:t>
            </w:r>
          </w:p>
        </w:tc>
        <w:tc>
          <w:tcPr>
            <w:tcW w:w="2790" w:type="dxa"/>
          </w:tcPr>
          <w:p w14:paraId="72824658" w14:textId="77777777" w:rsidR="00C37EF6" w:rsidRPr="00C37EF6" w:rsidRDefault="00C37EF6" w:rsidP="00C37EF6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Merge/>
            <w:tcBorders>
              <w:bottom w:val="nil"/>
              <w:right w:val="nil"/>
            </w:tcBorders>
          </w:tcPr>
          <w:p w14:paraId="1CCAED8D" w14:textId="206F8D09" w:rsidR="00C37EF6" w:rsidRPr="00C37EF6" w:rsidRDefault="00C37EF6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</w:tr>
      <w:tr w:rsidR="00C37EF6" w:rsidRPr="00C37EF6" w14:paraId="555D714B" w14:textId="30080D65" w:rsidTr="00C37EF6">
        <w:tc>
          <w:tcPr>
            <w:tcW w:w="2088" w:type="dxa"/>
          </w:tcPr>
          <w:p w14:paraId="66EB7EC0" w14:textId="77777777" w:rsidR="00C37EF6" w:rsidRPr="00C37EF6" w:rsidRDefault="00C37EF6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७.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बहालमा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दिनेको</w:t>
            </w:r>
            <w:proofErr w:type="spellEnd"/>
            <w:r w:rsidRPr="00C37EF6">
              <w:rPr>
                <w:rFonts w:ascii="Kokila" w:hAnsi="Kokila" w:cs="Kokila"/>
                <w:sz w:val="28"/>
                <w:szCs w:val="28"/>
              </w:rPr>
              <w:t xml:space="preserve"> </w:t>
            </w:r>
            <w:proofErr w:type="spellStart"/>
            <w:r w:rsidRPr="00C37EF6">
              <w:rPr>
                <w:rFonts w:ascii="Kokila" w:hAnsi="Kokila" w:cs="Kokila"/>
                <w:sz w:val="28"/>
                <w:szCs w:val="28"/>
              </w:rPr>
              <w:t>हस्ताक्षरः</w:t>
            </w:r>
            <w:proofErr w:type="spellEnd"/>
          </w:p>
        </w:tc>
        <w:tc>
          <w:tcPr>
            <w:tcW w:w="2790" w:type="dxa"/>
          </w:tcPr>
          <w:p w14:paraId="5DD65220" w14:textId="77777777" w:rsidR="00C37EF6" w:rsidRPr="00C37EF6" w:rsidRDefault="00C37EF6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  <w:tc>
          <w:tcPr>
            <w:tcW w:w="4860" w:type="dxa"/>
            <w:gridSpan w:val="2"/>
            <w:vMerge/>
            <w:tcBorders>
              <w:bottom w:val="nil"/>
              <w:right w:val="nil"/>
            </w:tcBorders>
          </w:tcPr>
          <w:p w14:paraId="3FF6A6FF" w14:textId="77777777" w:rsidR="00C37EF6" w:rsidRPr="00C37EF6" w:rsidRDefault="00C37EF6" w:rsidP="00AE7431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83"/>
        <w:tblW w:w="2988" w:type="dxa"/>
        <w:tblLook w:val="04A0" w:firstRow="1" w:lastRow="0" w:firstColumn="1" w:lastColumn="0" w:noHBand="0" w:noVBand="1"/>
      </w:tblPr>
      <w:tblGrid>
        <w:gridCol w:w="1494"/>
        <w:gridCol w:w="1494"/>
      </w:tblGrid>
      <w:tr w:rsidR="00911CE0" w:rsidRPr="0075541A" w14:paraId="35B85AF5" w14:textId="77777777" w:rsidTr="00911CE0">
        <w:tc>
          <w:tcPr>
            <w:tcW w:w="1494" w:type="dxa"/>
          </w:tcPr>
          <w:p w14:paraId="38F4F52D" w14:textId="1A1B063F" w:rsidR="00C37EF6" w:rsidRPr="0075541A" w:rsidRDefault="00C37EF6" w:rsidP="00C37EF6">
            <w:pPr>
              <w:pStyle w:val="NoSpacing"/>
              <w:jc w:val="center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proofErr w:type="spellStart"/>
            <w:r w:rsidRPr="0075541A">
              <w:rPr>
                <w:rFonts w:ascii="Kokila" w:hAnsi="Kokila" w:cs="Kokila"/>
                <w:b/>
                <w:bCs/>
                <w:sz w:val="28"/>
                <w:szCs w:val="28"/>
              </w:rPr>
              <w:t>दायाँ</w:t>
            </w:r>
            <w:proofErr w:type="spellEnd"/>
          </w:p>
        </w:tc>
        <w:tc>
          <w:tcPr>
            <w:tcW w:w="1494" w:type="dxa"/>
          </w:tcPr>
          <w:p w14:paraId="286E978A" w14:textId="19CB4E52" w:rsidR="00C37EF6" w:rsidRPr="0075541A" w:rsidRDefault="00C37EF6" w:rsidP="00C37EF6">
            <w:pPr>
              <w:pStyle w:val="NoSpacing"/>
              <w:jc w:val="center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proofErr w:type="spellStart"/>
            <w:r w:rsidRPr="0075541A">
              <w:rPr>
                <w:rFonts w:ascii="Kokila" w:hAnsi="Kokila" w:cs="Kokila"/>
                <w:b/>
                <w:bCs/>
                <w:sz w:val="28"/>
                <w:szCs w:val="28"/>
              </w:rPr>
              <w:t>बायाँ</w:t>
            </w:r>
            <w:proofErr w:type="spellEnd"/>
          </w:p>
        </w:tc>
      </w:tr>
      <w:tr w:rsidR="00911CE0" w:rsidRPr="0075541A" w14:paraId="4E6F2CEB" w14:textId="77777777" w:rsidTr="00911CE0">
        <w:tc>
          <w:tcPr>
            <w:tcW w:w="1494" w:type="dxa"/>
          </w:tcPr>
          <w:p w14:paraId="49A889B3" w14:textId="77777777" w:rsidR="00C37EF6" w:rsidRPr="0075541A" w:rsidRDefault="00C37EF6" w:rsidP="00C37EF6">
            <w:pPr>
              <w:pStyle w:val="NoSpacing"/>
              <w:rPr>
                <w:rFonts w:ascii="Kokila" w:hAnsi="Kokila" w:cs="Kokila"/>
                <w:b/>
                <w:bCs/>
                <w:sz w:val="28"/>
                <w:szCs w:val="28"/>
              </w:rPr>
            </w:pPr>
          </w:p>
          <w:p w14:paraId="4D73452F" w14:textId="77777777" w:rsidR="00C37EF6" w:rsidRPr="0075541A" w:rsidRDefault="00C37EF6" w:rsidP="00C37EF6">
            <w:pPr>
              <w:pStyle w:val="NoSpacing"/>
              <w:rPr>
                <w:rFonts w:ascii="Kokila" w:hAnsi="Kokila" w:cs="Kokila"/>
                <w:b/>
                <w:bCs/>
                <w:sz w:val="28"/>
                <w:szCs w:val="28"/>
              </w:rPr>
            </w:pPr>
          </w:p>
          <w:p w14:paraId="4C0F8885" w14:textId="7701B541" w:rsidR="00C37EF6" w:rsidRPr="0075541A" w:rsidRDefault="00C37EF6" w:rsidP="00C37EF6">
            <w:pPr>
              <w:pStyle w:val="NoSpacing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r w:rsidRPr="0075541A">
              <w:rPr>
                <w:rFonts w:ascii="Kokila" w:hAnsi="Kokila" w:cs="Kokila"/>
                <w:b/>
                <w:bCs/>
                <w:sz w:val="28"/>
                <w:szCs w:val="28"/>
              </w:rPr>
              <w:t xml:space="preserve">          </w:t>
            </w:r>
          </w:p>
          <w:p w14:paraId="7C8629F7" w14:textId="77777777" w:rsidR="00C37EF6" w:rsidRPr="0075541A" w:rsidRDefault="00C37EF6" w:rsidP="00C37EF6">
            <w:pPr>
              <w:pStyle w:val="NoSpacing"/>
              <w:rPr>
                <w:rFonts w:ascii="Kokila" w:hAnsi="Kokila" w:cs="Kokila" w:hint="cs"/>
                <w:b/>
                <w:bCs/>
                <w:sz w:val="28"/>
                <w:szCs w:val="28"/>
                <w:lang w:bidi="ne-NP"/>
              </w:rPr>
            </w:pPr>
          </w:p>
        </w:tc>
        <w:tc>
          <w:tcPr>
            <w:tcW w:w="1494" w:type="dxa"/>
          </w:tcPr>
          <w:p w14:paraId="4204D514" w14:textId="77777777" w:rsidR="00C37EF6" w:rsidRPr="0075541A" w:rsidRDefault="00C37EF6" w:rsidP="00C37EF6">
            <w:pPr>
              <w:pStyle w:val="NoSpacing"/>
              <w:rPr>
                <w:rFonts w:ascii="Kokila" w:hAnsi="Kokila" w:cs="Kokila"/>
                <w:b/>
                <w:bCs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6595" w:tblpY="148"/>
        <w:tblW w:w="2988" w:type="dxa"/>
        <w:tblLook w:val="04A0" w:firstRow="1" w:lastRow="0" w:firstColumn="1" w:lastColumn="0" w:noHBand="0" w:noVBand="1"/>
      </w:tblPr>
      <w:tblGrid>
        <w:gridCol w:w="1494"/>
        <w:gridCol w:w="1494"/>
      </w:tblGrid>
      <w:tr w:rsidR="00911CE0" w:rsidRPr="0075541A" w14:paraId="30752164" w14:textId="77777777" w:rsidTr="00911CE0">
        <w:tc>
          <w:tcPr>
            <w:tcW w:w="1494" w:type="dxa"/>
          </w:tcPr>
          <w:p w14:paraId="03466384" w14:textId="77777777" w:rsidR="00911CE0" w:rsidRPr="0075541A" w:rsidRDefault="00911CE0" w:rsidP="00911CE0">
            <w:pPr>
              <w:pStyle w:val="NoSpacing"/>
              <w:jc w:val="center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proofErr w:type="spellStart"/>
            <w:r w:rsidRPr="0075541A">
              <w:rPr>
                <w:rFonts w:ascii="Kokila" w:hAnsi="Kokila" w:cs="Kokila"/>
                <w:b/>
                <w:bCs/>
                <w:sz w:val="28"/>
                <w:szCs w:val="28"/>
              </w:rPr>
              <w:t>दायाँ</w:t>
            </w:r>
            <w:proofErr w:type="spellEnd"/>
          </w:p>
        </w:tc>
        <w:tc>
          <w:tcPr>
            <w:tcW w:w="1494" w:type="dxa"/>
          </w:tcPr>
          <w:p w14:paraId="3E647F51" w14:textId="77777777" w:rsidR="00911CE0" w:rsidRPr="0075541A" w:rsidRDefault="00911CE0" w:rsidP="00911CE0">
            <w:pPr>
              <w:pStyle w:val="NoSpacing"/>
              <w:jc w:val="center"/>
              <w:rPr>
                <w:rFonts w:ascii="Kokila" w:hAnsi="Kokila" w:cs="Kokila"/>
                <w:b/>
                <w:bCs/>
                <w:sz w:val="28"/>
                <w:szCs w:val="28"/>
              </w:rPr>
            </w:pPr>
            <w:proofErr w:type="spellStart"/>
            <w:r w:rsidRPr="0075541A">
              <w:rPr>
                <w:rFonts w:ascii="Kokila" w:hAnsi="Kokila" w:cs="Kokila"/>
                <w:b/>
                <w:bCs/>
                <w:sz w:val="28"/>
                <w:szCs w:val="28"/>
              </w:rPr>
              <w:t>बायाँ</w:t>
            </w:r>
            <w:proofErr w:type="spellEnd"/>
          </w:p>
        </w:tc>
      </w:tr>
      <w:tr w:rsidR="00911CE0" w:rsidRPr="00C37EF6" w14:paraId="0DA7F8FC" w14:textId="77777777" w:rsidTr="00911CE0">
        <w:tc>
          <w:tcPr>
            <w:tcW w:w="1494" w:type="dxa"/>
          </w:tcPr>
          <w:p w14:paraId="188ED771" w14:textId="77777777" w:rsidR="00911CE0" w:rsidRPr="00C37EF6" w:rsidRDefault="00911CE0" w:rsidP="00911CE0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  <w:p w14:paraId="3AEBC2EC" w14:textId="77777777" w:rsidR="00911CE0" w:rsidRPr="00C37EF6" w:rsidRDefault="00911CE0" w:rsidP="00911CE0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  <w:p w14:paraId="01A1AC68" w14:textId="77777777" w:rsidR="00911CE0" w:rsidRPr="00C37EF6" w:rsidRDefault="00911CE0" w:rsidP="00911CE0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  <w:r w:rsidRPr="00C37EF6">
              <w:rPr>
                <w:rFonts w:ascii="Kokila" w:hAnsi="Kokila" w:cs="Kokila"/>
                <w:sz w:val="28"/>
                <w:szCs w:val="28"/>
              </w:rPr>
              <w:t xml:space="preserve">          </w:t>
            </w:r>
          </w:p>
          <w:p w14:paraId="325FCF00" w14:textId="77777777" w:rsidR="00911CE0" w:rsidRPr="00C37EF6" w:rsidRDefault="00911CE0" w:rsidP="00911CE0">
            <w:pPr>
              <w:pStyle w:val="NoSpacing"/>
              <w:rPr>
                <w:rFonts w:ascii="Kokila" w:hAnsi="Kokila" w:cs="Kokila" w:hint="cs"/>
                <w:sz w:val="28"/>
                <w:szCs w:val="28"/>
                <w:lang w:bidi="ne-NP"/>
              </w:rPr>
            </w:pPr>
          </w:p>
        </w:tc>
        <w:tc>
          <w:tcPr>
            <w:tcW w:w="1494" w:type="dxa"/>
          </w:tcPr>
          <w:p w14:paraId="2094F5D7" w14:textId="77777777" w:rsidR="00911CE0" w:rsidRPr="00C37EF6" w:rsidRDefault="00911CE0" w:rsidP="00911CE0">
            <w:pPr>
              <w:pStyle w:val="NoSpacing"/>
              <w:rPr>
                <w:rFonts w:ascii="Kokila" w:hAnsi="Kokila" w:cs="Kokila"/>
                <w:sz w:val="28"/>
                <w:szCs w:val="28"/>
              </w:rPr>
            </w:pPr>
          </w:p>
        </w:tc>
      </w:tr>
    </w:tbl>
    <w:p w14:paraId="75D0E7D1" w14:textId="1E8EB17A" w:rsidR="00274978" w:rsidRPr="00C37EF6" w:rsidRDefault="00274978" w:rsidP="003A6A55">
      <w:pPr>
        <w:pStyle w:val="NoSpacing"/>
        <w:rPr>
          <w:rFonts w:ascii="Kokila" w:hAnsi="Kokila" w:cs="Kokila"/>
          <w:sz w:val="28"/>
          <w:szCs w:val="28"/>
        </w:rPr>
      </w:pPr>
    </w:p>
    <w:p w14:paraId="7EF96348" w14:textId="77777777" w:rsidR="00AE7431" w:rsidRPr="00C37EF6" w:rsidRDefault="00AE7431" w:rsidP="003A6A55">
      <w:pPr>
        <w:pStyle w:val="NoSpacing"/>
        <w:rPr>
          <w:rFonts w:ascii="Kokila" w:hAnsi="Kokila" w:cs="Kokila"/>
          <w:sz w:val="28"/>
          <w:szCs w:val="28"/>
        </w:rPr>
      </w:pPr>
    </w:p>
    <w:p w14:paraId="6CDA8AC2" w14:textId="77777777" w:rsidR="00911CE0" w:rsidRPr="00C37EF6" w:rsidRDefault="00C37EF6" w:rsidP="003A6A55">
      <w:pPr>
        <w:pStyle w:val="NoSpacing"/>
        <w:rPr>
          <w:rFonts w:ascii="Kokila" w:hAnsi="Kokila" w:cs="Kokila"/>
          <w:sz w:val="28"/>
          <w:szCs w:val="28"/>
        </w:rPr>
      </w:pPr>
      <w:r w:rsidRPr="00C37EF6">
        <w:rPr>
          <w:rFonts w:ascii="Kokila" w:hAnsi="Kokila" w:cs="Kokila"/>
          <w:sz w:val="28"/>
          <w:szCs w:val="28"/>
        </w:rPr>
        <w:t xml:space="preserve">      </w:t>
      </w:r>
    </w:p>
    <w:p w14:paraId="2CF38BF5" w14:textId="0D78C2EC" w:rsidR="00C37EF6" w:rsidRPr="00C37EF6" w:rsidRDefault="00C37EF6" w:rsidP="003A6A55">
      <w:pPr>
        <w:pStyle w:val="NoSpacing"/>
        <w:rPr>
          <w:rFonts w:ascii="Kokila" w:hAnsi="Kokila" w:cs="Kokila"/>
          <w:sz w:val="28"/>
          <w:szCs w:val="28"/>
        </w:rPr>
      </w:pPr>
    </w:p>
    <w:p w14:paraId="293EA58C" w14:textId="57B0993D" w:rsidR="00AE7431" w:rsidRPr="00C37EF6" w:rsidRDefault="00AE7431" w:rsidP="003A6A55">
      <w:pPr>
        <w:pStyle w:val="NoSpacing"/>
        <w:rPr>
          <w:rFonts w:ascii="Kokila" w:hAnsi="Kokila" w:cs="Kokila"/>
          <w:sz w:val="28"/>
          <w:szCs w:val="28"/>
        </w:rPr>
      </w:pPr>
    </w:p>
    <w:p w14:paraId="399B7309" w14:textId="77777777" w:rsidR="00AE7431" w:rsidRPr="00C37EF6" w:rsidRDefault="00AE7431" w:rsidP="003A6A55">
      <w:pPr>
        <w:pStyle w:val="NoSpacing"/>
        <w:rPr>
          <w:rFonts w:ascii="Kokila" w:hAnsi="Kokila" w:cs="Kokila" w:hint="cs"/>
          <w:sz w:val="28"/>
          <w:szCs w:val="28"/>
          <w:lang w:bidi="ne-NP"/>
        </w:rPr>
      </w:pPr>
    </w:p>
    <w:p w14:paraId="0D2705B2" w14:textId="77777777" w:rsidR="00274978" w:rsidRPr="0075541A" w:rsidRDefault="00000000" w:rsidP="0075541A">
      <w:pPr>
        <w:pStyle w:val="NoSpacing"/>
        <w:ind w:firstLine="360"/>
        <w:rPr>
          <w:rFonts w:ascii="Kokila" w:hAnsi="Kokila" w:cs="Kokila"/>
          <w:b/>
          <w:bCs/>
          <w:sz w:val="30"/>
          <w:szCs w:val="30"/>
          <w:u w:val="single"/>
        </w:rPr>
      </w:pPr>
      <w:proofErr w:type="spellStart"/>
      <w:r w:rsidRPr="0075541A">
        <w:rPr>
          <w:rFonts w:ascii="Kokila" w:hAnsi="Kokila" w:cs="Kokila"/>
          <w:b/>
          <w:bCs/>
          <w:color w:val="1B365D"/>
          <w:sz w:val="30"/>
          <w:szCs w:val="30"/>
          <w:u w:val="single"/>
        </w:rPr>
        <w:t>शर्त</w:t>
      </w:r>
      <w:proofErr w:type="spellEnd"/>
      <w:r w:rsidRPr="0075541A">
        <w:rPr>
          <w:rFonts w:ascii="Kokila" w:hAnsi="Kokila" w:cs="Kokila"/>
          <w:b/>
          <w:bCs/>
          <w:color w:val="1B365D"/>
          <w:sz w:val="30"/>
          <w:szCs w:val="30"/>
          <w:u w:val="single"/>
        </w:rPr>
        <w:t xml:space="preserve"> </w:t>
      </w:r>
      <w:proofErr w:type="spellStart"/>
      <w:r w:rsidRPr="0075541A">
        <w:rPr>
          <w:rFonts w:ascii="Kokila" w:hAnsi="Kokila" w:cs="Kokila"/>
          <w:b/>
          <w:bCs/>
          <w:color w:val="1B365D"/>
          <w:sz w:val="30"/>
          <w:szCs w:val="30"/>
          <w:u w:val="single"/>
        </w:rPr>
        <w:t>तथा</w:t>
      </w:r>
      <w:proofErr w:type="spellEnd"/>
      <w:r w:rsidRPr="0075541A">
        <w:rPr>
          <w:rFonts w:ascii="Kokila" w:hAnsi="Kokila" w:cs="Kokila"/>
          <w:b/>
          <w:bCs/>
          <w:color w:val="1B365D"/>
          <w:sz w:val="30"/>
          <w:szCs w:val="30"/>
          <w:u w:val="single"/>
        </w:rPr>
        <w:t xml:space="preserve"> </w:t>
      </w:r>
      <w:proofErr w:type="spellStart"/>
      <w:r w:rsidRPr="0075541A">
        <w:rPr>
          <w:rFonts w:ascii="Kokila" w:hAnsi="Kokila" w:cs="Kokila"/>
          <w:b/>
          <w:bCs/>
          <w:color w:val="1B365D"/>
          <w:sz w:val="30"/>
          <w:szCs w:val="30"/>
          <w:u w:val="single"/>
        </w:rPr>
        <w:t>वन्देजहरु</w:t>
      </w:r>
      <w:proofErr w:type="spellEnd"/>
    </w:p>
    <w:p w14:paraId="2D122EF8" w14:textId="549D0D90" w:rsidR="00274978" w:rsidRPr="00C37EF6" w:rsidRDefault="00000000" w:rsidP="00BD78C4">
      <w:pPr>
        <w:pStyle w:val="NoSpacing"/>
        <w:numPr>
          <w:ilvl w:val="0"/>
          <w:numId w:val="10"/>
        </w:numPr>
        <w:jc w:val="both"/>
        <w:rPr>
          <w:rFonts w:ascii="Kokila" w:hAnsi="Kokila" w:cs="Kokila"/>
          <w:sz w:val="28"/>
          <w:szCs w:val="28"/>
        </w:rPr>
      </w:pPr>
      <w:proofErr w:type="spellStart"/>
      <w:r w:rsidRPr="00C37EF6">
        <w:rPr>
          <w:rFonts w:ascii="Kokila" w:hAnsi="Kokila" w:cs="Kokila"/>
          <w:sz w:val="28"/>
          <w:szCs w:val="28"/>
        </w:rPr>
        <w:t>यो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बहाल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सम्झौताको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अवधि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मिति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r w:rsidR="00044282">
        <w:rPr>
          <w:rFonts w:ascii="Kokila" w:hAnsi="Kokila" w:cs="Kokila" w:hint="cs"/>
          <w:sz w:val="28"/>
          <w:szCs w:val="28"/>
          <w:cs/>
          <w:lang w:bidi="ne-NP"/>
        </w:rPr>
        <w:t>......................</w:t>
      </w:r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देखि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r w:rsidR="00044282">
        <w:rPr>
          <w:rFonts w:ascii="Kokila" w:hAnsi="Kokila" w:cs="Kokila" w:hint="cs"/>
          <w:sz w:val="28"/>
          <w:szCs w:val="28"/>
          <w:cs/>
          <w:lang w:bidi="ne-NP"/>
        </w:rPr>
        <w:t>...........................</w:t>
      </w:r>
      <w:r w:rsidR="00C37EF6">
        <w:rPr>
          <w:rFonts w:ascii="Kokila" w:hAnsi="Kokila" w:cs="Kokila" w:hint="cs"/>
          <w:sz w:val="28"/>
          <w:szCs w:val="28"/>
          <w:cs/>
          <w:lang w:bidi="ne-NP"/>
        </w:rPr>
        <w:t xml:space="preserve"> (</w:t>
      </w:r>
      <w:r w:rsidR="00044282">
        <w:rPr>
          <w:rFonts w:ascii="Kokila" w:hAnsi="Kokila" w:cs="Kokila" w:hint="cs"/>
          <w:sz w:val="28"/>
          <w:szCs w:val="28"/>
          <w:cs/>
          <w:lang w:bidi="ne-NP"/>
        </w:rPr>
        <w:t>.......</w:t>
      </w:r>
      <w:r w:rsidR="00C37EF6">
        <w:rPr>
          <w:rFonts w:ascii="Kokila" w:hAnsi="Kokila" w:cs="Kokila" w:hint="cs"/>
          <w:sz w:val="28"/>
          <w:szCs w:val="28"/>
          <w:cs/>
          <w:lang w:bidi="ne-NP"/>
        </w:rPr>
        <w:t xml:space="preserve"> वर्ष)</w:t>
      </w:r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सम्म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कायम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रहनेछ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।</w:t>
      </w:r>
    </w:p>
    <w:p w14:paraId="5E47F7DF" w14:textId="00605276" w:rsidR="00BD78C4" w:rsidRPr="00BD78C4" w:rsidRDefault="00000000" w:rsidP="00BD78C4">
      <w:pPr>
        <w:pStyle w:val="NoSpacing"/>
        <w:numPr>
          <w:ilvl w:val="0"/>
          <w:numId w:val="10"/>
        </w:numPr>
        <w:jc w:val="both"/>
        <w:rPr>
          <w:rFonts w:ascii="Kokila" w:hAnsi="Kokila" w:cs="Kokila" w:hint="cs"/>
          <w:sz w:val="28"/>
          <w:szCs w:val="28"/>
          <w:lang w:bidi="ne-NP"/>
        </w:rPr>
      </w:pPr>
      <w:proofErr w:type="spellStart"/>
      <w:r w:rsidRPr="00C37EF6">
        <w:rPr>
          <w:rFonts w:ascii="Kokila" w:hAnsi="Kokila" w:cs="Kokila"/>
          <w:sz w:val="28"/>
          <w:szCs w:val="28"/>
        </w:rPr>
        <w:t>यस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सम्झौता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बमोजिमको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घरजग्गा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बहालमा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लिए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बापत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दोस्रो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पक्षले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प्रथम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पक्षलाई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बहाल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स्वरुप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मासिक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रकम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रु</w:t>
      </w:r>
      <w:proofErr w:type="spellEnd"/>
      <w:r w:rsidRPr="00C37EF6">
        <w:rPr>
          <w:rFonts w:ascii="Kokila" w:hAnsi="Kokila" w:cs="Kokila"/>
          <w:sz w:val="28"/>
          <w:szCs w:val="28"/>
        </w:rPr>
        <w:t>.</w:t>
      </w:r>
      <w:r w:rsidR="00857F7E">
        <w:rPr>
          <w:rFonts w:ascii="Kokila" w:hAnsi="Kokila" w:cs="Kokila" w:hint="cs"/>
          <w:sz w:val="28"/>
          <w:szCs w:val="28"/>
          <w:cs/>
          <w:lang w:bidi="ne-NP"/>
        </w:rPr>
        <w:t>.................</w:t>
      </w:r>
      <w:proofErr w:type="spellStart"/>
      <w:r w:rsidRPr="00C37EF6">
        <w:rPr>
          <w:rFonts w:ascii="Kokila" w:hAnsi="Kokila" w:cs="Kokila"/>
          <w:sz w:val="28"/>
          <w:szCs w:val="28"/>
        </w:rPr>
        <w:t>का</w:t>
      </w:r>
      <w:proofErr w:type="spellEnd"/>
      <w:r w:rsidR="006C7EF6">
        <w:rPr>
          <w:rFonts w:ascii="Kokila" w:hAnsi="Kokila" w:cs="Kokila" w:hint="cs"/>
          <w:sz w:val="28"/>
          <w:szCs w:val="28"/>
          <w:cs/>
          <w:lang w:bidi="ne-NP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दरले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वार्षिक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रु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r w:rsidR="00857F7E">
        <w:rPr>
          <w:rFonts w:ascii="Kokila" w:hAnsi="Kokila" w:cs="Kokila" w:hint="cs"/>
          <w:sz w:val="28"/>
          <w:szCs w:val="28"/>
          <w:cs/>
          <w:lang w:bidi="ne-NP"/>
        </w:rPr>
        <w:t>..........................</w:t>
      </w:r>
      <w:r w:rsidR="006C7EF6">
        <w:rPr>
          <w:rFonts w:ascii="Kokila" w:hAnsi="Kokila" w:cs="Kokila" w:hint="cs"/>
          <w:sz w:val="28"/>
          <w:szCs w:val="28"/>
          <w:cs/>
          <w:lang w:bidi="ne-NP"/>
        </w:rPr>
        <w:t xml:space="preserve"> </w:t>
      </w:r>
      <w:r w:rsidRPr="00C37EF6">
        <w:rPr>
          <w:rFonts w:ascii="Kokila" w:hAnsi="Kokila" w:cs="Kokila"/>
          <w:sz w:val="28"/>
          <w:szCs w:val="28"/>
        </w:rPr>
        <w:t>(</w:t>
      </w:r>
      <w:proofErr w:type="spellStart"/>
      <w:r w:rsidRPr="00C37EF6">
        <w:rPr>
          <w:rFonts w:ascii="Kokila" w:hAnsi="Kokila" w:cs="Kokila"/>
          <w:sz w:val="28"/>
          <w:szCs w:val="28"/>
        </w:rPr>
        <w:t>रु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. </w:t>
      </w:r>
      <w:r w:rsidR="00857F7E">
        <w:rPr>
          <w:rFonts w:ascii="Kokila" w:hAnsi="Kokila" w:cs="Kokila" w:hint="cs"/>
          <w:sz w:val="28"/>
          <w:szCs w:val="28"/>
          <w:cs/>
          <w:lang w:bidi="ne-NP"/>
        </w:rPr>
        <w:t>........................................................</w:t>
      </w:r>
      <w:r w:rsidRPr="00C37EF6">
        <w:rPr>
          <w:rFonts w:ascii="Kokila" w:hAnsi="Kokila" w:cs="Kokila"/>
          <w:sz w:val="28"/>
          <w:szCs w:val="28"/>
        </w:rPr>
        <w:t xml:space="preserve">) </w:t>
      </w:r>
      <w:proofErr w:type="spellStart"/>
      <w:r w:rsidRPr="00C37EF6">
        <w:rPr>
          <w:rFonts w:ascii="Kokila" w:hAnsi="Kokila" w:cs="Kokila"/>
          <w:sz w:val="28"/>
          <w:szCs w:val="28"/>
        </w:rPr>
        <w:t>बुझाउनु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पर्नेछ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।</w:t>
      </w:r>
    </w:p>
    <w:p w14:paraId="08FFF376" w14:textId="25141387" w:rsidR="00274978" w:rsidRPr="00C37EF6" w:rsidRDefault="00000000" w:rsidP="00BD78C4">
      <w:pPr>
        <w:pStyle w:val="NoSpacing"/>
        <w:numPr>
          <w:ilvl w:val="0"/>
          <w:numId w:val="10"/>
        </w:numPr>
        <w:jc w:val="both"/>
        <w:rPr>
          <w:rFonts w:ascii="Kokila" w:hAnsi="Kokila" w:cs="Kokila"/>
          <w:sz w:val="28"/>
          <w:szCs w:val="28"/>
        </w:rPr>
      </w:pPr>
      <w:proofErr w:type="spellStart"/>
      <w:r w:rsidRPr="00C37EF6">
        <w:rPr>
          <w:rFonts w:ascii="Kokila" w:hAnsi="Kokila" w:cs="Kokila"/>
          <w:sz w:val="28"/>
          <w:szCs w:val="28"/>
        </w:rPr>
        <w:t>बहाल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भुक्तानी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तरिका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r w:rsidR="00B16119" w:rsidRPr="00B16119">
        <w:rPr>
          <w:rFonts w:ascii="Kokila" w:hAnsi="Kokila" w:cs="Kokila"/>
          <w:sz w:val="28"/>
          <w:szCs w:val="28"/>
          <w:cs/>
          <w:lang w:bidi="hi-IN"/>
        </w:rPr>
        <w:t xml:space="preserve">बैंक </w:t>
      </w:r>
      <w:r w:rsidR="00B16119" w:rsidRPr="00857F7E">
        <w:rPr>
          <w:rFonts w:ascii="Kokila" w:hAnsi="Kokila" w:cs="Kokila"/>
          <w:b/>
          <w:bCs/>
          <w:sz w:val="28"/>
          <w:szCs w:val="28"/>
          <w:cs/>
          <w:lang w:bidi="hi-IN"/>
        </w:rPr>
        <w:t>ट्रान्सफर/नगद</w:t>
      </w:r>
      <w:r w:rsidR="00B16119" w:rsidRPr="00857F7E">
        <w:rPr>
          <w:rFonts w:ascii="Kokila" w:hAnsi="Kokila" w:cs="Kokila" w:hint="cs"/>
          <w:b/>
          <w:bCs/>
          <w:sz w:val="28"/>
          <w:szCs w:val="28"/>
          <w:cs/>
          <w:lang w:bidi="hi-IN"/>
        </w:rPr>
        <w:t>/चेक</w:t>
      </w:r>
      <w:r w:rsidRPr="00C37EF6">
        <w:rPr>
          <w:rFonts w:ascii="Kokila" w:hAnsi="Kokila" w:cs="Kokila"/>
          <w:sz w:val="28"/>
          <w:szCs w:val="28"/>
        </w:rPr>
        <w:t xml:space="preserve"> र </w:t>
      </w:r>
      <w:proofErr w:type="spellStart"/>
      <w:r w:rsidRPr="00C37EF6">
        <w:rPr>
          <w:rFonts w:ascii="Kokila" w:hAnsi="Kokila" w:cs="Kokila"/>
          <w:sz w:val="28"/>
          <w:szCs w:val="28"/>
        </w:rPr>
        <w:t>किस्ताको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किसिम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857F7E">
        <w:rPr>
          <w:rFonts w:ascii="Kokila" w:hAnsi="Kokila" w:cs="Kokila"/>
          <w:b/>
          <w:bCs/>
          <w:sz w:val="28"/>
          <w:szCs w:val="28"/>
        </w:rPr>
        <w:t>वार्षिक</w:t>
      </w:r>
      <w:proofErr w:type="spellEnd"/>
      <w:r w:rsidRPr="00857F7E">
        <w:rPr>
          <w:rFonts w:ascii="Kokila" w:hAnsi="Kokila" w:cs="Kokila"/>
          <w:b/>
          <w:bCs/>
          <w:sz w:val="28"/>
          <w:szCs w:val="28"/>
        </w:rPr>
        <w:t>/</w:t>
      </w:r>
      <w:proofErr w:type="spellStart"/>
      <w:r w:rsidRPr="00857F7E">
        <w:rPr>
          <w:rFonts w:ascii="Kokila" w:hAnsi="Kokila" w:cs="Kokila"/>
          <w:b/>
          <w:bCs/>
          <w:sz w:val="28"/>
          <w:szCs w:val="28"/>
        </w:rPr>
        <w:t>मासिक</w:t>
      </w:r>
      <w:proofErr w:type="spellEnd"/>
      <w:r w:rsidRPr="00857F7E">
        <w:rPr>
          <w:rFonts w:ascii="Kokila" w:hAnsi="Kokila" w:cs="Kokila"/>
          <w:b/>
          <w:bCs/>
          <w:sz w:val="28"/>
          <w:szCs w:val="28"/>
        </w:rPr>
        <w:t>/</w:t>
      </w:r>
      <w:proofErr w:type="spellStart"/>
      <w:r w:rsidRPr="00857F7E">
        <w:rPr>
          <w:rFonts w:ascii="Kokila" w:hAnsi="Kokila" w:cs="Kokila"/>
          <w:b/>
          <w:bCs/>
          <w:sz w:val="28"/>
          <w:szCs w:val="28"/>
        </w:rPr>
        <w:t>चौमासिक</w:t>
      </w:r>
      <w:proofErr w:type="spellEnd"/>
      <w:r w:rsidRPr="00C37EF6">
        <w:rPr>
          <w:rFonts w:ascii="Kokila" w:hAnsi="Kokila" w:cs="Kokila"/>
          <w:sz w:val="28"/>
          <w:szCs w:val="28"/>
        </w:rPr>
        <w:t>/</w:t>
      </w:r>
      <w:proofErr w:type="spellStart"/>
      <w:r w:rsidRPr="00C37EF6">
        <w:rPr>
          <w:rFonts w:ascii="Kokila" w:hAnsi="Kokila" w:cs="Kokila"/>
          <w:sz w:val="28"/>
          <w:szCs w:val="28"/>
        </w:rPr>
        <w:t>अन्य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हुनेछ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।</w:t>
      </w:r>
    </w:p>
    <w:p w14:paraId="5E2BB9A3" w14:textId="1E497E1B" w:rsidR="00274978" w:rsidRPr="00C37EF6" w:rsidRDefault="00000000" w:rsidP="00BD78C4">
      <w:pPr>
        <w:pStyle w:val="NoSpacing"/>
        <w:numPr>
          <w:ilvl w:val="0"/>
          <w:numId w:val="10"/>
        </w:numPr>
        <w:jc w:val="both"/>
        <w:rPr>
          <w:rFonts w:ascii="Kokila" w:hAnsi="Kokila" w:cs="Kokila" w:hint="cs"/>
          <w:sz w:val="28"/>
          <w:szCs w:val="28"/>
          <w:lang w:bidi="ne-NP"/>
        </w:rPr>
      </w:pPr>
      <w:proofErr w:type="spellStart"/>
      <w:r w:rsidRPr="00C37EF6">
        <w:rPr>
          <w:rFonts w:ascii="Kokila" w:hAnsi="Kokila" w:cs="Kokila"/>
          <w:sz w:val="28"/>
          <w:szCs w:val="28"/>
        </w:rPr>
        <w:t>नियमानुसार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लाग्ने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बहाल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कर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तिर्ने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दायित्व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द्वितीय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पक्षको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हुनेछ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।</w:t>
      </w:r>
      <w:r w:rsidR="006C7EF6">
        <w:rPr>
          <w:rFonts w:ascii="Kokila" w:hAnsi="Kokila" w:cs="Kokila" w:hint="cs"/>
          <w:sz w:val="28"/>
          <w:szCs w:val="28"/>
          <w:cs/>
          <w:lang w:bidi="ne-NP"/>
        </w:rPr>
        <w:t xml:space="preserve"> </w:t>
      </w:r>
    </w:p>
    <w:p w14:paraId="4E7D9A83" w14:textId="5EB36987" w:rsidR="00274978" w:rsidRPr="00C37EF6" w:rsidRDefault="00000000" w:rsidP="00BD78C4">
      <w:pPr>
        <w:pStyle w:val="NoSpacing"/>
        <w:numPr>
          <w:ilvl w:val="0"/>
          <w:numId w:val="10"/>
        </w:numPr>
        <w:jc w:val="both"/>
        <w:rPr>
          <w:rFonts w:ascii="Kokila" w:hAnsi="Kokila" w:cs="Kokila"/>
          <w:sz w:val="28"/>
          <w:szCs w:val="28"/>
        </w:rPr>
      </w:pPr>
      <w:proofErr w:type="spellStart"/>
      <w:r w:rsidRPr="00C37EF6">
        <w:rPr>
          <w:rFonts w:ascii="Kokila" w:hAnsi="Kokila" w:cs="Kokila"/>
          <w:sz w:val="28"/>
          <w:szCs w:val="28"/>
        </w:rPr>
        <w:t>अन्य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शर्तहरु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दुबै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</w:t>
      </w:r>
      <w:proofErr w:type="spellStart"/>
      <w:r w:rsidRPr="00C37EF6">
        <w:rPr>
          <w:rFonts w:ascii="Kokila" w:hAnsi="Kokila" w:cs="Kokila"/>
          <w:sz w:val="28"/>
          <w:szCs w:val="28"/>
        </w:rPr>
        <w:t>पक्षको</w:t>
      </w:r>
      <w:proofErr w:type="spellEnd"/>
      <w:r w:rsidRPr="00C37EF6">
        <w:rPr>
          <w:rFonts w:ascii="Kokila" w:hAnsi="Kokila" w:cs="Kokila"/>
          <w:sz w:val="28"/>
          <w:szCs w:val="28"/>
        </w:rPr>
        <w:t xml:space="preserve"> सहमतीमा थपघट र हेरफेर गर्न सकिनेछ ।</w:t>
      </w:r>
    </w:p>
    <w:sectPr w:rsidR="00274978" w:rsidRPr="00C37EF6" w:rsidSect="00E77D63">
      <w:pgSz w:w="12240" w:h="15840"/>
      <w:pgMar w:top="5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alimati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9C5557F"/>
    <w:multiLevelType w:val="hybridMultilevel"/>
    <w:tmpl w:val="6EFE7D8E"/>
    <w:lvl w:ilvl="0" w:tplc="C192A348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601581">
    <w:abstractNumId w:val="8"/>
  </w:num>
  <w:num w:numId="2" w16cid:durableId="684944640">
    <w:abstractNumId w:val="6"/>
  </w:num>
  <w:num w:numId="3" w16cid:durableId="1288387692">
    <w:abstractNumId w:val="5"/>
  </w:num>
  <w:num w:numId="4" w16cid:durableId="905072601">
    <w:abstractNumId w:val="4"/>
  </w:num>
  <w:num w:numId="5" w16cid:durableId="1035232889">
    <w:abstractNumId w:val="7"/>
  </w:num>
  <w:num w:numId="6" w16cid:durableId="1917009937">
    <w:abstractNumId w:val="3"/>
  </w:num>
  <w:num w:numId="7" w16cid:durableId="501089795">
    <w:abstractNumId w:val="2"/>
  </w:num>
  <w:num w:numId="8" w16cid:durableId="318728505">
    <w:abstractNumId w:val="1"/>
  </w:num>
  <w:num w:numId="9" w16cid:durableId="97877627">
    <w:abstractNumId w:val="0"/>
  </w:num>
  <w:num w:numId="10" w16cid:durableId="12110699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282"/>
    <w:rsid w:val="0006063C"/>
    <w:rsid w:val="0015074B"/>
    <w:rsid w:val="001708FF"/>
    <w:rsid w:val="00274978"/>
    <w:rsid w:val="0029639D"/>
    <w:rsid w:val="00326F90"/>
    <w:rsid w:val="003A6A55"/>
    <w:rsid w:val="003F3179"/>
    <w:rsid w:val="006604B2"/>
    <w:rsid w:val="006C7EF6"/>
    <w:rsid w:val="006F5018"/>
    <w:rsid w:val="0075541A"/>
    <w:rsid w:val="00764389"/>
    <w:rsid w:val="007A1FE1"/>
    <w:rsid w:val="007E1ECE"/>
    <w:rsid w:val="00857F7E"/>
    <w:rsid w:val="00861288"/>
    <w:rsid w:val="00884EAB"/>
    <w:rsid w:val="00911CE0"/>
    <w:rsid w:val="00957A57"/>
    <w:rsid w:val="00AA1D8D"/>
    <w:rsid w:val="00AE7431"/>
    <w:rsid w:val="00B16119"/>
    <w:rsid w:val="00B47730"/>
    <w:rsid w:val="00BB5AA3"/>
    <w:rsid w:val="00BD78C4"/>
    <w:rsid w:val="00C37EF6"/>
    <w:rsid w:val="00C9172B"/>
    <w:rsid w:val="00CB0664"/>
    <w:rsid w:val="00D6543C"/>
    <w:rsid w:val="00D70879"/>
    <w:rsid w:val="00E77D63"/>
    <w:rsid w:val="00F1145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9FBD5B"/>
  <w14:defaultImageDpi w14:val="300"/>
  <w15:docId w15:val="{B030957E-6F0B-4E22-A15D-35ADEE3F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Kalimati" w:hAnsi="Kalimati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BSDCOOP</cp:lastModifiedBy>
  <cp:revision>2</cp:revision>
  <cp:lastPrinted>2026-09-02T08:36:00Z</cp:lastPrinted>
  <dcterms:created xsi:type="dcterms:W3CDTF">2026-09-02T08:36:00Z</dcterms:created>
  <dcterms:modified xsi:type="dcterms:W3CDTF">2026-09-02T08:36:00Z</dcterms:modified>
  <cp:category/>
</cp:coreProperties>
</file>